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val="it-IT"/>
        </w:rPr>
      </w:pPr>
      <w:r>
        <w:rPr>
          <w:b/>
          <w:i w:val="false"/>
          <w:sz w:val="28"/>
          <w:lang w:val="it-IT"/>
        </w:rPr>
        <w:drawing>
          <wp:inline distT="0" distB="0" distL="0" distR="0">
            <wp:extent cx="1184275" cy="1236980"/>
            <wp:effectExtent l="0" t="0" r="0" b="0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43" t="-1862" r="-1943" b="-1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7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4"/>
          <w:lang w:val="it-IT"/>
        </w:rPr>
        <w:t>AVVISO PUBBLICO PER LA CONCESSIONE D'USO DEL TEATRO ARBOSTELLA</w:t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6"/>
          <w:lang w:val="it-IT"/>
        </w:rPr>
        <w:t>ALLEGATO A-BIS</w:t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4"/>
          <w:lang w:val="it-IT"/>
        </w:rPr>
        <w:t>DICHIARAZIONE DEL COMPONENTE DEL RAGGRUPPAMENTO</w:t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0"/>
          <w:lang w:val="it-IT"/>
        </w:rPr>
        <w:t>Da presentare da parte di ciascun componente del raggruppamento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Il/La sottoscritto/a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nato/a a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il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codice fiscale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in qualità di legale rappresentante di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con sede legale in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codice fiscale dell'ente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P. IVA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spacing w:before="0" w:after="40"/>
        <w:rPr>
          <w:lang w:val="it-IT"/>
        </w:rPr>
      </w:pPr>
      <w:r>
        <w:rPr>
          <w:b/>
          <w:lang w:val="it-IT"/>
        </w:rPr>
        <w:t xml:space="preserve">PEC / e-mail </w:t>
      </w:r>
      <w:r>
        <w:rPr>
          <w:lang w:val="it-IT"/>
        </w:rPr>
        <w:t>________________________________________________________________________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lang w:val="it-IT"/>
        </w:rPr>
        <w:t>in qualità di componente del raggruppamento proposto per la partecipazione all'Avviso pubblico per la concessione d'uso del Teatro Arbostella.</w:t>
      </w:r>
    </w:p>
    <w:p>
      <w:pPr>
        <w:pStyle w:val="Normal"/>
        <w:jc w:val="center"/>
        <w:rPr>
          <w:lang w:val="it-IT"/>
        </w:rPr>
      </w:pPr>
      <w:r>
        <w:rPr>
          <w:b/>
          <w:i w:val="false"/>
          <w:sz w:val="24"/>
          <w:lang w:val="it-IT"/>
        </w:rPr>
        <w:t>DICHIARA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1. </w:t>
      </w:r>
      <w:r>
        <w:rPr>
          <w:lang w:val="it-IT"/>
        </w:rPr>
        <w:t>che il soggetto rappresentato è un ente privato senza scopo di lucro e persegue finalità statutarie coerenti con l'oggetto della concessione e con le attività previste dal presente Avviso;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2. </w:t>
      </w:r>
      <w:r>
        <w:rPr>
          <w:lang w:val="it-IT"/>
        </w:rPr>
        <w:t>che l'atto costitutivo e lo statuto del soggetto rappresentato sono vigenti e regolarmente registrati, ove previsto;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3. </w:t>
      </w:r>
      <w:r>
        <w:rPr>
          <w:lang w:val="it-IT"/>
        </w:rPr>
        <w:t>di possedere i poteri necessari alla sottoscrizione della presente dichiarazione;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4. </w:t>
      </w:r>
      <w:r>
        <w:rPr>
          <w:lang w:val="it-IT"/>
        </w:rPr>
        <w:t>di possedere i requisiti di partecipazione previsti dall'articolo 7 dell'Avviso, per quanto applicabili alla propria posizione;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5. </w:t>
      </w:r>
      <w:r>
        <w:rPr>
          <w:lang w:val="it-IT"/>
        </w:rPr>
        <w:t>di aver maturato le esperienze indicate nel curriculum dell'ente allegato alla presente dichiarazione e di possedere le capacità organizzative e le competenze messe a disposizione del raggruppamento;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6. </w:t>
      </w:r>
      <w:r>
        <w:rPr>
          <w:lang w:val="it-IT"/>
        </w:rPr>
        <w:t>di non trovarsi in condizioni ostative a contrarre o intrattenere rapporti con pubbliche amministrazioni e di non essere destinatario di divieti, decadenze o sospensioni ai sensi della normativa vigente;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7. </w:t>
      </w:r>
      <w:r>
        <w:rPr>
          <w:lang w:val="it-IT"/>
        </w:rPr>
        <w:t>di essere in regola con gli obblighi fiscali, contributivi, retributivi, assicurativi e in materia di sicurezza, ove applicabili;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8. </w:t>
      </w:r>
      <w:r>
        <w:rPr>
          <w:lang w:val="it-IT"/>
        </w:rPr>
        <w:t>di non avere morosità definitivamente accertate nei confronti del Comune di Salerno, ovvero di avere un eventuale piano di rientro regolarmente rispettato;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9. </w:t>
      </w:r>
      <w:r>
        <w:rPr>
          <w:lang w:val="it-IT"/>
        </w:rPr>
        <w:t xml:space="preserve">di accettare la partecipazione al raggruppamento e di impegnarsi ad assumere il ruolo e le attività di propria competenza indicati nell'Allegato E e nella proposta </w:t>
      </w:r>
      <w:r>
        <w:rPr>
          <w:lang w:val="it-IT"/>
        </w:rPr>
        <w:t>socio-</w:t>
      </w:r>
      <w:r>
        <w:rPr>
          <w:lang w:val="it-IT"/>
        </w:rPr>
        <w:t>culturale e gestionale;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10. </w:t>
      </w:r>
      <w:r>
        <w:rPr>
          <w:lang w:val="it-IT"/>
        </w:rPr>
        <w:t>di accettare la responsabilità solidale nei confronti del Comune per l'esecuzione della proposta e per gli obblighi derivanti dalla concessione, secondo quanto previsto dall'Avviso e dalla successiva convenzione;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11. </w:t>
      </w:r>
      <w:r>
        <w:rPr>
          <w:lang w:val="it-IT"/>
        </w:rPr>
        <w:t>di autorizzare il Comune di Salerno a effettuare le verifiche sulle dichiarazioni rese e ad acquisire d'ufficio, nei casi previsti dalla legge, i dati e le informazioni necessari alla verifica dei requisiti;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12. </w:t>
      </w:r>
      <w:r>
        <w:rPr>
          <w:lang w:val="it-IT"/>
        </w:rPr>
        <w:t>di aver preso visione e di accettare integralmente le disposizioni contenute nell'Avviso pubblico, nei relativi allegati e nello schema di convenzione;</w:t>
      </w:r>
    </w:p>
    <w:p>
      <w:pPr>
        <w:pStyle w:val="Normal"/>
        <w:spacing w:before="0" w:after="100"/>
        <w:ind w:hanging="283" w:left="283"/>
        <w:rPr>
          <w:lang w:val="it-IT"/>
        </w:rPr>
      </w:pPr>
      <w:r>
        <w:rPr>
          <w:b/>
          <w:lang w:val="it-IT"/>
        </w:rPr>
        <w:t xml:space="preserve">13. </w:t>
      </w:r>
      <w:r>
        <w:rPr>
          <w:lang w:val="it-IT"/>
        </w:rPr>
        <w:t>di aver preso visione dell'informativa sul trattamento dei dati personali.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RUOLO E ATTIVITÀ NEL RAGGRUPPAMENTO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Ruolo assunto dal componente: </w:t>
      </w:r>
      <w:r>
        <w:rPr>
          <w:lang w:val="it-IT"/>
        </w:rPr>
        <w:t>_________________________________________________________________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Attività di competenza: </w:t>
      </w:r>
      <w:r>
        <w:rPr>
          <w:lang w:val="it-IT"/>
        </w:rPr>
        <w:t>______________________________________________________________________</w:t>
      </w:r>
    </w:p>
    <w:p>
      <w:pPr>
        <w:pStyle w:val="Normal"/>
        <w:rPr>
          <w:lang w:val="it-IT"/>
        </w:rPr>
      </w:pPr>
      <w:r>
        <w:rPr>
          <w:b/>
          <w:lang w:val="it-IT"/>
        </w:rPr>
        <w:t xml:space="preserve">Eventuali ulteriori competenze/risorse messe a disposizione: </w:t>
      </w:r>
      <w:r>
        <w:rPr>
          <w:lang w:val="it-IT"/>
        </w:rPr>
        <w:t>________________________________________________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CATEGORIA DICHIARATA AI FINI DEL CANONE</w:t>
      </w:r>
    </w:p>
    <w:p>
      <w:pPr>
        <w:pStyle w:val="Normal"/>
        <w:rPr>
          <w:lang w:val="it-IT"/>
        </w:rPr>
      </w:pPr>
      <w:r>
        <w:rPr>
          <w:lang w:val="it-IT"/>
        </w:rPr>
        <w:t>Il componente dichiara, sulla base delle proprie finalità statutarie e delle attività che intende svolgere nell'ambito del raggruppamento, di ritenere riconducibile la propria posizione alla seguente categoria:</w:t>
      </w:r>
    </w:p>
    <w:p>
      <w:pPr>
        <w:pStyle w:val="Normal"/>
        <w:ind w:left="567"/>
        <w:rPr>
          <w:lang w:val="it-IT"/>
        </w:rPr>
      </w:pPr>
      <w:r>
        <w:rPr>
          <w:lang w:val="it-IT"/>
        </w:rPr>
        <w:t xml:space="preserve">☐ </w:t>
      </w:r>
      <w:r>
        <w:rPr>
          <w:lang w:val="it-IT"/>
        </w:rPr>
        <w:t>B</w:t>
      </w:r>
    </w:p>
    <w:p>
      <w:pPr>
        <w:pStyle w:val="Normal"/>
        <w:ind w:left="567"/>
        <w:rPr>
          <w:lang w:val="it-IT"/>
        </w:rPr>
      </w:pPr>
      <w:r>
        <w:rPr>
          <w:lang w:val="it-IT"/>
        </w:rPr>
        <w:t xml:space="preserve">☐ </w:t>
      </w:r>
      <w:r>
        <w:rPr>
          <w:lang w:val="it-IT"/>
        </w:rPr>
        <w:t>C</w:t>
      </w:r>
    </w:p>
    <w:p>
      <w:pPr>
        <w:pStyle w:val="Normal"/>
        <w:ind w:left="567"/>
        <w:rPr>
          <w:lang w:val="it-IT"/>
        </w:rPr>
      </w:pPr>
      <w:r>
        <w:rPr>
          <w:lang w:val="it-IT"/>
        </w:rPr>
        <w:t xml:space="preserve">☐ </w:t>
      </w:r>
      <w:r>
        <w:rPr>
          <w:lang w:val="it-IT"/>
        </w:rPr>
        <w:t>D</w:t>
      </w:r>
    </w:p>
    <w:p>
      <w:pPr>
        <w:pStyle w:val="Normal"/>
        <w:rPr>
          <w:lang w:val="it-IT"/>
        </w:rPr>
      </w:pPr>
      <w:r>
        <w:rPr>
          <w:i/>
          <w:lang w:val="it-IT"/>
        </w:rPr>
        <w:t>La categoria indicata costituisce una dichiarazione del concorrente e non vincola l'Amministrazione, che procederà alla verifica della categoria applicabile al raggruppamento secondo quanto previsto dall'Avviso.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DICHIARAZIONE FINALE</w:t>
      </w:r>
    </w:p>
    <w:p>
      <w:pPr>
        <w:pStyle w:val="Normal"/>
        <w:rPr>
          <w:lang w:val="it-IT"/>
        </w:rPr>
      </w:pPr>
      <w:r>
        <w:rPr>
          <w:lang w:val="it-IT"/>
        </w:rPr>
        <w:t>Il sottoscritto dichiara di essere consapevole delle responsabilità e delle conseguenze previste dalla normativa vigente in caso di dichiarazioni mendaci, ai sensi del D.P.R. 28 dicembre 2000, n. 445.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rPr>
          <w:lang w:val="it-IT"/>
        </w:rPr>
      </w:pPr>
      <w:r>
        <w:rPr>
          <w:b/>
          <w:lang w:val="it-IT"/>
        </w:rPr>
        <w:t>DOCUMENTAZIONE DA ALLEGARE</w:t>
      </w:r>
    </w:p>
    <w:p>
      <w:pPr>
        <w:pStyle w:val="Normal"/>
        <w:rPr>
          <w:lang w:val="it-IT"/>
        </w:rPr>
      </w:pPr>
      <w:r>
        <w:rPr>
          <w:lang w:val="it-IT"/>
        </w:rPr>
        <w:t>Alla presente dichiarazione devono essere allegati:</w:t>
      </w:r>
    </w:p>
    <w:p>
      <w:pPr>
        <w:pStyle w:val="Normal"/>
        <w:ind w:left="397"/>
        <w:rPr>
          <w:lang w:val="it-IT"/>
        </w:rPr>
      </w:pPr>
      <w:r>
        <w:rPr>
          <w:lang w:val="it-IT"/>
        </w:rPr>
        <w:t xml:space="preserve">☐ </w:t>
      </w:r>
      <w:r>
        <w:rPr>
          <w:lang w:val="it-IT"/>
        </w:rPr>
        <w:t>atto costitutivo e statuto vigente dell'ente;</w:t>
      </w:r>
    </w:p>
    <w:p>
      <w:pPr>
        <w:pStyle w:val="Normal"/>
        <w:ind w:left="397"/>
        <w:rPr>
          <w:lang w:val="it-IT"/>
        </w:rPr>
      </w:pPr>
      <w:r>
        <w:rPr>
          <w:lang w:val="it-IT"/>
        </w:rPr>
        <w:t xml:space="preserve">☐ </w:t>
      </w:r>
      <w:r>
        <w:rPr>
          <w:lang w:val="it-IT"/>
        </w:rPr>
        <w:t>curriculum dell'ente, contenente l'indicazione delle principali esperienze maturate e delle attività svolte.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tbl>
      <w:tblPr>
        <w:tblW w:w="963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6"/>
        <w:gridCol w:w="4815"/>
      </w:tblGrid>
      <w:tr>
        <w:trPr/>
        <w:tc>
          <w:tcPr>
            <w:tcW w:w="481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lang w:val="it-IT"/>
              </w:rPr>
            </w:pPr>
            <w:r>
              <w:rPr>
                <w:lang w:val="it-IT"/>
              </w:rPr>
              <w:t>Luogo e data</w:t>
              <w:br/>
              <w:t>____________________________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lang w:val="it-IT"/>
              </w:rPr>
            </w:pPr>
            <w:r>
              <w:rPr>
                <w:lang w:val="it-IT"/>
              </w:rPr>
              <w:t>Firma del legale rappresentante</w:t>
              <w:br/>
              <w:t>____________________________</w:t>
            </w:r>
          </w:p>
        </w:tc>
      </w:tr>
      <w:tr>
        <w:trPr/>
        <w:tc>
          <w:tcPr>
            <w:tcW w:w="481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lang w:val="it-IT"/>
              </w:rPr>
            </w:pPr>
            <w:r>
              <w:rPr>
                <w:lang w:val="it-IT"/>
              </w:rPr>
              <w:t>Timbro dell'ente (se previsto)</w:t>
              <w:br/>
              <w:t>____________________________</w:t>
            </w:r>
          </w:p>
        </w:tc>
        <w:tc>
          <w:tcPr>
            <w:tcW w:w="4815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lang w:val="it-IT"/>
              </w:rPr>
            </w:pPr>
            <w:r>
              <w:rPr>
                <w:lang w:val="it-IT"/>
              </w:rPr>
            </w:r>
          </w:p>
        </w:tc>
      </w:tr>
    </w:tbl>
    <w:sectPr>
      <w:footerReference w:type="even" r:id="rId3"/>
      <w:footerReference w:type="default" r:id="rId4"/>
      <w:footerReference w:type="first" r:id="rId5"/>
      <w:type w:val="nextPage"/>
      <w:pgSz w:w="12240" w:h="15840"/>
      <w:pgMar w:left="1304" w:right="1304" w:gutter="0" w:header="0" w:top="1247" w:footer="720" w:bottom="124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it-IT"/>
      </w:rPr>
    </w:pPr>
    <w:r>
      <w:rPr>
        <w:lang w:val="it-IT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>Allegato A-bis – Dichiarazione del componente del raggruppamento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lang w:val="it-IT"/>
      </w:rPr>
    </w:pPr>
    <w:r>
      <w:rPr>
        <w:sz w:val="16"/>
        <w:lang w:val="it-IT"/>
      </w:rPr>
      <w:t>Allegato A-bis – Dichiarazione del componente del raggruppamento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" w:cs="" w:cstheme="minorBidi" w:eastAsiaTheme="minorEastAsia"/>
      <w:color w:val="auto"/>
      <w:kern w:val="0"/>
      <w:sz w:val="21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Caption1">
    <w:name w:val="caption1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LibreOffice/24.2.0.3$Windows_X86_64 LibreOffice_project/da48488a73ddd66ea24cf16bbc4f7b9c08e9bea1</Application>
  <AppVersion>15.0000</AppVersion>
  <Pages>3</Pages>
  <Words>554</Words>
  <Characters>4268</Characters>
  <CharactersWithSpaces>4774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2026-08-31T13:12:40Z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