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it-IT"/>
        </w:rPr>
      </w:pPr>
      <w:r>
        <w:rPr>
          <w:b/>
          <w:i w:val="false"/>
          <w:sz w:val="28"/>
          <w:lang w:val="it-IT"/>
        </w:rPr>
        <w:drawing>
          <wp:inline distT="0" distB="0" distL="0" distR="0">
            <wp:extent cx="1184275" cy="1236980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43" t="-1862" r="-1943" b="-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val="it-IT"/>
        </w:rPr>
      </w:pPr>
      <w:r>
        <w:rPr>
          <w:b w:val="false"/>
          <w:i w:val="false"/>
          <w:sz w:val="20"/>
          <w:lang w:val="it-IT"/>
        </w:rPr>
        <w:t>Settore Politiche Sociali e Pari Opportunità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3"/>
          <w:lang w:val="it-IT"/>
        </w:rPr>
        <w:t>AVVISO PUBBLICO PER LA CONCESSIONE D'USO DEL TEATRO ARBOSTELLA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6"/>
          <w:lang w:val="it-IT"/>
        </w:rPr>
        <w:t>ALLEGATO E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3"/>
          <w:lang w:val="it-IT"/>
        </w:rPr>
        <w:t>DICHIARAZIONE DI PARTECIPAZIONE IN FORMA DI RAGGRUPPAMENTO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I sottoscritti soggetti</w:t>
      </w:r>
      <w:r>
        <w:rPr>
          <w:lang w:val="it-IT"/>
        </w:rPr>
        <w:t xml:space="preserve"> dichiarano di partecipare congiuntamente alla procedura e individuano quale soggetto capofila: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Soggetto capofila: </w:t>
      </w:r>
      <w:r>
        <w:rPr>
          <w:lang w:val="it-IT"/>
        </w:rPr>
        <w:t>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Codice fiscale / P. IVA: </w:t>
      </w:r>
      <w:r>
        <w:rPr>
          <w:lang w:val="it-IT"/>
        </w:rPr>
        <w:t>_______________________________________________________________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Legale rappresentante: </w:t>
      </w:r>
      <w:r>
        <w:rPr>
          <w:lang w:val="it-IT"/>
        </w:rPr>
        <w:t>________________________________________________________________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PEC del capofila: </w:t>
      </w:r>
      <w:r>
        <w:rPr>
          <w:lang w:val="it-IT"/>
        </w:rPr>
        <w:t>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I partecipanti dichiarano: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1. </w:t>
      </w:r>
      <w:r>
        <w:rPr>
          <w:lang w:val="it-IT"/>
        </w:rPr>
        <w:t>di partecipare congiuntamente alla procedura per la concessione d'uso del Teatro Arbostella;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2. </w:t>
      </w:r>
      <w:r>
        <w:rPr>
          <w:lang w:val="it-IT"/>
        </w:rPr>
        <w:t>di impegnarsi, in caso di assegnazione, a formalizzare il raggruppamento e a conferire al soggetto capofila mandato con rappresentanza per la gestione dei rapporti con il Comune di Salerno;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3. </w:t>
      </w:r>
      <w:r>
        <w:rPr>
          <w:lang w:val="it-IT"/>
        </w:rPr>
        <w:t xml:space="preserve">che ciascun componente assume un ruolo effettivo nell'attuazione della proposta </w:t>
      </w:r>
      <w:r>
        <w:rPr>
          <w:lang w:val="it-IT"/>
        </w:rPr>
        <w:t>socio-</w:t>
      </w:r>
      <w:r>
        <w:rPr>
          <w:lang w:val="it-IT"/>
        </w:rPr>
        <w:t>culturale e gestionale, secondo quanto indicato nella tabella seguente e nella proposta presentata;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4. </w:t>
      </w:r>
      <w:r>
        <w:rPr>
          <w:lang w:val="it-IT"/>
        </w:rPr>
        <w:t>di accettare la responsabilità solidale nei confronti del Comune di Salerno per l'esecuzione della proposta e per gli obblighi derivanti dalla concessione;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5. </w:t>
      </w:r>
      <w:r>
        <w:rPr>
          <w:lang w:val="it-IT"/>
        </w:rPr>
        <w:t>che ciascun componente ha presentato la propria dichiarazione di cui all'Allegato A-bis e la documentazione prevista dall'Avviso;</w:t>
      </w:r>
    </w:p>
    <w:p>
      <w:pPr>
        <w:pStyle w:val="Normal"/>
        <w:spacing w:before="0" w:after="80"/>
        <w:ind w:hanging="283" w:left="283"/>
        <w:rPr>
          <w:lang w:val="it-IT"/>
        </w:rPr>
      </w:pPr>
      <w:r>
        <w:rPr>
          <w:b/>
          <w:lang w:val="it-IT"/>
        </w:rPr>
        <w:t xml:space="preserve">6. </w:t>
      </w:r>
      <w:r>
        <w:rPr>
          <w:lang w:val="it-IT"/>
        </w:rPr>
        <w:t>che nessuno dei soggetti indicati partecipa, per la medesima procedura, ad altro raggruppamento o ad altra candidatura concorrente.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COMPOSIZIONE DEL RAGGRUPPAMENTO E RIPARTO DELLE ATTIVITÀ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2040"/>
        <w:gridCol w:w="2040"/>
        <w:gridCol w:w="2040"/>
        <w:gridCol w:w="2040"/>
      </w:tblGrid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N.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Soggetto / denominazione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Codice fiscale / P. IVA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Ruolo nel raggruppamento e attività di competenza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Firma del legale rappresentante</w:t>
            </w:r>
          </w:p>
        </w:tc>
      </w:tr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1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</w:tr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2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</w:tr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3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</w:tr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4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</w:tr>
      <w:tr>
        <w:trPr/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5</w:t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  <w:tc>
          <w:tcPr>
            <w:tcW w:w="204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IMPEGNO ALLA FORMALIZZAZIONE</w:t>
      </w:r>
    </w:p>
    <w:p>
      <w:pPr>
        <w:pStyle w:val="Normal"/>
        <w:rPr>
          <w:lang w:val="it-IT"/>
        </w:rPr>
      </w:pPr>
      <w:r>
        <w:rPr>
          <w:lang w:val="it-IT"/>
        </w:rPr>
        <w:t>I sottoscritti si impegnano, in caso di assegnazione della concessione, a formalizzare il raggruppamento e a conferire al soggetto capofila mandato con rappresentanza, secondo le modalità previste dall'Avviso, prima della sottoscrizione della convenzione.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RESPONSABILITÀ SOLIDALE</w:t>
      </w:r>
    </w:p>
    <w:p>
      <w:pPr>
        <w:pStyle w:val="Normal"/>
        <w:rPr>
          <w:lang w:val="it-IT"/>
        </w:rPr>
      </w:pPr>
      <w:r>
        <w:rPr>
          <w:lang w:val="it-IT"/>
        </w:rPr>
        <w:t>I sottoscritti dichiarano di assumere responsabilità solidale nei confronti del Comune di Salerno per l'attuazione della proposta culturale e gestionale e per l'adempimento degli obblighi derivanti dalla concessione, ferma restando la ripartizione interna delle attività indicata nella presente dichiarazione.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DICHIARAZIONE FINALE</w:t>
      </w:r>
    </w:p>
    <w:p>
      <w:pPr>
        <w:pStyle w:val="Normal"/>
        <w:rPr>
          <w:lang w:val="it-IT"/>
        </w:rPr>
      </w:pPr>
      <w:r>
        <w:rPr>
          <w:lang w:val="it-IT"/>
        </w:rPr>
        <w:t>I sottoscritti dichiarano di aver preso visione dell'Avviso pubblico, dei relativi allegati e dello schema di convenzione e di accettarne integralmente le disposizioni. Dichiarano altresì di essere consapevoli delle responsabilità e delle conseguenze previste dalla normativa vigente in caso di dichiarazioni mendaci, ai sensi del D.P.R. 28 dicembre 2000, n. 445.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SOTTOSCRIZIONI DEI COMPONENTI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0"/>
        <w:gridCol w:w="3400"/>
        <w:gridCol w:w="3400"/>
      </w:tblGrid>
      <w:tr>
        <w:trPr/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N.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Soggetto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b/>
                <w:kern w:val="0"/>
                <w:sz w:val="18"/>
                <w:szCs w:val="22"/>
                <w:lang w:val="it-IT" w:eastAsia="en-US" w:bidi="ar-SA"/>
              </w:rPr>
              <w:t>Firma del legale rappresentante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1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it-IT" w:eastAsia="en-US" w:bidi="ar-SA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  <w:t>____________________________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2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it-IT" w:eastAsia="en-US" w:bidi="ar-SA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  <w:t>____________________________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3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it-IT" w:eastAsia="en-US" w:bidi="ar-SA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  <w:t>____________________________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4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it-IT" w:eastAsia="en-US" w:bidi="ar-SA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  <w:t>____________________________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t>5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it-IT" w:eastAsia="en-US" w:bidi="ar-SA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rFonts w:eastAsia="ＭＳ 明朝" w:cs=""/>
                <w:kern w:val="0"/>
                <w:sz w:val="18"/>
                <w:szCs w:val="22"/>
                <w:lang w:val="it-IT" w:eastAsia="en-US" w:bidi="ar-SA"/>
              </w:rPr>
              <w:br/>
              <w:t>____________________________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>
          <w:lang w:val="it-IT"/>
        </w:rPr>
      </w:pPr>
      <w:r>
        <w:rPr>
          <w:b/>
          <w:lang w:val="it-IT"/>
        </w:rPr>
        <w:t xml:space="preserve">Nota: </w:t>
      </w:r>
      <w:r>
        <w:rPr>
          <w:i/>
          <w:lang w:val="it-IT"/>
        </w:rPr>
        <w:t>Il presente Allegato E è sottoscritto da tutti i componenti del raggruppamento. Ciascun componente deve inoltre presentare autonomamente la dichiarazione di cui all'Allegato A-bis e la documentazione prevista dall'Avviso.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1020" w:right="1020" w:gutter="0" w:header="0" w:top="1134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/>
      </w:rPr>
    </w:pPr>
    <w:r>
      <w:rPr>
        <w:lang w:val="it-I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>Allegato E – Dichiarazione di partecipazione in forma di raggruppamento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>Allegato E – Dichiarazione di partecipazione in forma di raggruppamento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LibreOffice/24.2.0.3$Windows_X86_64 LibreOffice_project/da48488a73ddd66ea24cf16bbc4f7b9c08e9bea1</Application>
  <AppVersion>15.0000</AppVersion>
  <Pages>2</Pages>
  <Words>416</Words>
  <Characters>2987</Characters>
  <CharactersWithSpaces>3379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2026-08-31T13:13:23Z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