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80"/>
        <w:rPr/>
      </w:pPr>
      <w:r>
        <w:rPr/>
      </w:r>
    </w:p>
    <w:p>
      <w:pPr>
        <w:pStyle w:val="Heading1"/>
        <w:spacing w:before="0" w:after="80"/>
        <w:rPr/>
      </w:pPr>
      <w:r>
        <w:rPr/>
      </w:r>
    </w:p>
    <w:p>
      <w:pPr>
        <w:pStyle w:val="Heading1"/>
        <w:spacing w:before="0" w:after="80"/>
        <w:rPr/>
      </w:pPr>
      <w:r>
        <w:rPr/>
      </w:r>
    </w:p>
    <w:p>
      <w:pPr>
        <w:pStyle w:val="Heading1"/>
        <w:spacing w:before="0" w:after="80"/>
        <w:rPr/>
      </w:pPr>
      <w:r>
        <w:rPr/>
        <w:t>ALLEGATO D - ATTESTAZIONE DI SOPRALLUOGO</w:t>
      </w:r>
    </w:p>
    <w:p>
      <w:pPr>
        <w:pStyle w:val="Normal"/>
        <w:jc w:val="both"/>
        <w:rPr/>
      </w:pPr>
      <w:r>
        <w:rPr>
          <w:i w:val="false"/>
        </w:rPr>
        <w:t>Si attesta che in data ____________, il/la sig./sig.ra ________________________________________, in qualità di legale rappresentante/delegato di ________________________________________, ha effettuato il sopralluogo presso il Teatro Arbostella, prendendo visione dei locali, delle pertinenze, degli impianti e delle condizioni generali di utilizzo.</w:t>
      </w:r>
    </w:p>
    <w:p>
      <w:pPr>
        <w:pStyle w:val="BodyText"/>
        <w:jc w:val="both"/>
        <w:rPr>
          <w:i w:val="false"/>
          <w:i w:val="false"/>
        </w:rPr>
      </w:pPr>
      <w:r>
        <w:rPr>
          <w:rStyle w:val="Strong"/>
          <w:b w:val="false"/>
          <w:bCs w:val="false"/>
          <w:i w:val="false"/>
        </w:rPr>
        <w:t>Il sottoscritto dichiara di aver effettuato il sopralluogo presso il Teatro Arbostella e di aver preso visione dei locali e degli spazi oggetto della concessione.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</w:rPr>
        <w:t xml:space="preserve">Il sottoscritto dichiara altresì di aver acquisito, attraverso il sopralluogo, ogni elemento conoscitivo ritenuto necessario ai fini della formulazione della candidatura e della proposta </w:t>
      </w:r>
      <w:r>
        <w:rPr>
          <w:rStyle w:val="Strong"/>
          <w:b w:val="false"/>
          <w:bCs w:val="false"/>
        </w:rPr>
        <w:t>socio-</w:t>
      </w:r>
      <w:r>
        <w:rPr>
          <w:rStyle w:val="Strong"/>
          <w:b w:val="false"/>
          <w:bCs w:val="false"/>
        </w:rPr>
        <w:t>culturale e gestionale.</w:t>
      </w:r>
    </w:p>
    <w:p>
      <w:pPr>
        <w:pStyle w:val="BodyText"/>
        <w:jc w:val="both"/>
        <w:rPr/>
      </w:pPr>
      <w:r>
        <w:rPr>
          <w:rStyle w:val="Strong"/>
          <w:b w:val="false"/>
          <w:bCs w:val="false"/>
        </w:rPr>
        <w:t>La presente attestazione documenta esclusivamente l’avvenuto sopralluogo e non costituisce certificazione di conformità tecnica dell’immobile, né attestazione delle sue condizioni di agibilità, sicurezza o funzionalità, che restano disciplinate e documentate dagli atti tecnici dell’Amministrazione e dal verbale di consegna.</w:t>
      </w:r>
    </w:p>
    <w:p>
      <w:pPr>
        <w:pStyle w:val="Normal"/>
        <w:jc w:val="both"/>
        <w:rPr>
          <w:i w:val="false"/>
          <w:i w:val="false"/>
        </w:rPr>
      </w:pPr>
      <w:r>
        <w:rPr>
          <w:b w:val="false"/>
          <w:bCs w:val="false"/>
          <w:i w:val="false"/>
        </w:rPr>
      </w:r>
    </w:p>
    <w:p>
      <w:pPr>
        <w:pStyle w:val="Normal"/>
        <w:rPr/>
      </w:pPr>
      <w:r>
        <w:rPr>
          <w:i w:val="false"/>
        </w:rPr>
        <w:t xml:space="preserve">Per il Comune _______________________________   </w:t>
      </w:r>
    </w:p>
    <w:p>
      <w:pPr>
        <w:pStyle w:val="Normal"/>
        <w:rPr>
          <w:i w:val="false"/>
          <w:i w:val="false"/>
        </w:rPr>
      </w:pPr>
      <w:r>
        <w:rPr>
          <w:i w:val="false"/>
        </w:rPr>
      </w:r>
    </w:p>
    <w:p>
      <w:pPr>
        <w:pStyle w:val="Normal"/>
        <w:rPr/>
      </w:pPr>
      <w:r>
        <w:rPr>
          <w:i w:val="false"/>
        </w:rPr>
        <w:t xml:space="preserve"> </w:t>
      </w:r>
      <w:r>
        <w:rPr>
          <w:i w:val="false"/>
        </w:rPr>
        <w:t>Per il soggetto interessato _______________________________</w:t>
      </w:r>
    </w:p>
    <w:p>
      <w:pPr>
        <w:pStyle w:val="Heading1"/>
        <w:keepNext w:val="true"/>
        <w:keepLines/>
        <w:spacing w:before="160" w:after="80"/>
        <w:rPr>
          <w:i w:val="false"/>
          <w:i w:val="false"/>
        </w:rPr>
      </w:pPr>
      <w:r>
        <w:rPr>
          <w:i w:val="fals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247" w:right="1247" w:gutter="0" w:header="397" w:top="1020" w:footer="397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 xml:space="preserve">Pagina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 xml:space="preserve">Pagina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/>
    </w:r>
  </w:p>
  <w:p>
    <w:pPr>
      <w:pStyle w:val="Header"/>
      <w:jc w:val="center"/>
      <w:rPr/>
    </w:pPr>
    <w:r>
      <w:rPr>
        <w:b/>
        <w:sz w:val="18"/>
      </w:rPr>
      <w:drawing>
        <wp:inline distT="0" distB="0" distL="0" distR="0">
          <wp:extent cx="1184275" cy="1236980"/>
          <wp:effectExtent l="0" t="0" r="0" b="0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b/>
        <w:sz w:val="18"/>
      </w:rPr>
    </w:pPr>
    <w:r>
      <w:rPr/>
    </w:r>
  </w:p>
  <w:p>
    <w:pPr>
      <w:pStyle w:val="Header"/>
      <w:jc w:val="center"/>
      <w:rPr/>
    </w:pPr>
    <w:r>
      <w:rPr>
        <w:b/>
        <w:sz w:val="18"/>
      </w:rPr>
      <w:t>Settore Politiche Sociali e Pari Opportunità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sz w:val="18"/>
      </w:rPr>
    </w:pPr>
    <w:r>
      <w:rPr/>
    </w:r>
  </w:p>
  <w:p>
    <w:pPr>
      <w:pStyle w:val="Header"/>
      <w:jc w:val="center"/>
      <w:rPr/>
    </w:pPr>
    <w:r>
      <w:rPr>
        <w:b/>
        <w:sz w:val="18"/>
      </w:rPr>
      <w:drawing>
        <wp:inline distT="0" distB="0" distL="0" distR="0">
          <wp:extent cx="1184275" cy="1236980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43" t="-1862" r="-1943" b="-1862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center"/>
      <w:rPr>
        <w:b/>
        <w:sz w:val="18"/>
      </w:rPr>
    </w:pPr>
    <w:r>
      <w:rPr/>
    </w:r>
  </w:p>
  <w:p>
    <w:pPr>
      <w:pStyle w:val="Header"/>
      <w:jc w:val="center"/>
      <w:rPr/>
    </w:pPr>
    <w:r>
      <w:rPr>
        <w:b/>
        <w:sz w:val="18"/>
      </w:rPr>
      <w:t>Settore Politiche Sociali e Pari Opportunità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59" w:before="0" w:after="80"/>
      <w:jc w:val="left"/>
    </w:pPr>
    <w:rPr>
      <w:rFonts w:ascii="Times New Roman" w:hAnsi="Times New Roman" w:eastAsia="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160" w:after="8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160" w:after="8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160" w:after="8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8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true"/>
      <w:pBdr>
        <w:bottom w:val="single" w:sz="8" w:space="4" w:color="4F81BD" w:themeColor="accent1"/>
      </w:pBdr>
      <w:spacing w:lineRule="auto" w:line="240" w:before="0" w:after="160"/>
      <w:contextualSpacing/>
    </w:pPr>
    <w:rPr>
      <w:rFonts w:ascii="Calibri" w:hAnsi="Calibri" w:eastAsia="" w:cs="" w:asciiTheme="majorHAnsi" w:cstheme="majorBidi" w:eastAsiaTheme="majorEastAsia" w:hAnsiTheme="majorHAnsi"/>
      <w:b/>
      <w:color w:val="000000"/>
      <w:spacing w:val="5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8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8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8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8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8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8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8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8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8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1">
    <w:name w:val="index heading1"/>
    <w:basedOn w:val="Titolo"/>
    <w:qFormat/>
    <w:pPr/>
    <w:rPr/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mallNote" w:customStyle="1">
    <w:name w:val="Small Note"/>
    <w:qFormat/>
    <w:pPr>
      <w:widowControl/>
      <w:suppressAutoHyphens w:val="true"/>
      <w:bidi w:val="0"/>
      <w:spacing w:lineRule="auto" w:line="276" w:before="0" w:after="60"/>
      <w:jc w:val="left"/>
    </w:pPr>
    <w:rPr>
      <w:rFonts w:ascii="Times New Roman" w:hAnsi="Times New Roman" w:eastAsia="" w:cs="" w:cstheme="minorBidi" w:eastAsiaTheme="minorEastAsia"/>
      <w:i/>
      <w:color w:val="auto"/>
      <w:kern w:val="0"/>
      <w:sz w:val="18"/>
      <w:szCs w:val="22"/>
      <w:lang w:val="en-US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LibreOffice/24.2.0.3$Windows_X86_64 LibreOffice_project/da48488a73ddd66ea24cf16bbc4f7b9c08e9bea1</Application>
  <AppVersion>15.0000</AppVersion>
  <Pages>1</Pages>
  <Words>163</Words>
  <Characters>1165</Characters>
  <CharactersWithSpaces>1321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2026-08-31T13:03:45Z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